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97"/>
        <w:gridCol w:w="7597"/>
      </w:tblGrid>
      <w:tr w:rsidR="00D25826" w14:paraId="5A83D7CD" w14:textId="77777777">
        <w:trPr>
          <w:jc w:val="center"/>
        </w:trPr>
        <w:tc>
          <w:tcPr>
            <w:tcW w:w="759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20" w:type="dxa"/>
              <w:left w:w="80" w:type="dxa"/>
              <w:bottom w:w="15" w:type="dxa"/>
              <w:right w:w="80" w:type="dxa"/>
            </w:tcMar>
          </w:tcPr>
          <w:p w14:paraId="20690FB2" w14:textId="77777777" w:rsidR="00D25826" w:rsidRDefault="00000000" w:rsidP="00AD1B3E">
            <w:pPr>
              <w:bidi/>
              <w:jc w:val="right"/>
              <w:rPr>
                <w:rFonts w:hint="eastAsia"/>
              </w:rPr>
            </w:pPr>
            <w:r>
              <w:rPr>
                <w:b/>
                <w:sz w:val="34"/>
                <w:rtl/>
              </w:rPr>
              <w:t>نموذج حضور وانصراف الموظفين</w:t>
            </w:r>
          </w:p>
          <w:p w14:paraId="798BE113" w14:textId="77777777" w:rsidR="00D25826" w:rsidRDefault="00000000" w:rsidP="00AD1B3E">
            <w:pPr>
              <w:bidi/>
              <w:jc w:val="right"/>
              <w:rPr>
                <w:rFonts w:hint="eastAsia"/>
              </w:rPr>
            </w:pPr>
            <w:r>
              <w:rPr>
                <w:color w:val="4B5563"/>
                <w:rtl/>
              </w:rPr>
              <w:t>كشف يومي جاهز للطباعة والتعبئة اليدوية</w:t>
            </w:r>
          </w:p>
        </w:tc>
        <w:tc>
          <w:tcPr>
            <w:tcW w:w="7597" w:type="dxa"/>
            <w:tcBorders>
              <w:top w:val="single" w:sz="7" w:space="0" w:color="C8CDD5"/>
              <w:left w:val="single" w:sz="7" w:space="0" w:color="C8CDD5"/>
              <w:bottom w:val="single" w:sz="7" w:space="0" w:color="C8CDD5"/>
              <w:right w:val="single" w:sz="7" w:space="0" w:color="C8CDD5"/>
            </w:tcBorders>
            <w:tcMar>
              <w:top w:w="20" w:type="dxa"/>
              <w:left w:w="80" w:type="dxa"/>
              <w:bottom w:w="15" w:type="dxa"/>
              <w:right w:w="80" w:type="dxa"/>
            </w:tcMar>
            <w:vAlign w:val="center"/>
          </w:tcPr>
          <w:p w14:paraId="064685B3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rtl/>
              </w:rPr>
              <w:t>مساحة شعار المنشأة</w:t>
            </w:r>
          </w:p>
        </w:tc>
      </w:tr>
    </w:tbl>
    <w:p w14:paraId="0EFAC105" w14:textId="77777777" w:rsidR="00D25826" w:rsidRDefault="00D25826" w:rsidP="00AD1B3E">
      <w:pPr>
        <w:bidi/>
        <w:spacing w:after="140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65"/>
        <w:gridCol w:w="5065"/>
        <w:gridCol w:w="5065"/>
      </w:tblGrid>
      <w:tr w:rsidR="00D25826" w14:paraId="57F43F0E" w14:textId="77777777">
        <w:trPr>
          <w:jc w:val="center"/>
        </w:trPr>
        <w:tc>
          <w:tcPr>
            <w:tcW w:w="5065" w:type="dxa"/>
            <w:tcBorders>
              <w:top w:val="single" w:sz="5" w:space="0" w:color="E9DCE6"/>
              <w:left w:val="single" w:sz="5" w:space="0" w:color="E9DCE6"/>
              <w:bottom w:val="single" w:sz="5" w:space="0" w:color="E9DCE6"/>
              <w:right w:val="single" w:sz="5" w:space="0" w:color="E9DCE6"/>
            </w:tcBorders>
            <w:shd w:val="clear" w:color="auto" w:fill="FBEAF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CBA5B9" w14:textId="77777777" w:rsidR="00D25826" w:rsidRDefault="00000000" w:rsidP="00AD1B3E">
            <w:pPr>
              <w:bidi/>
              <w:jc w:val="right"/>
              <w:rPr>
                <w:rFonts w:hint="eastAsia"/>
              </w:rPr>
            </w:pPr>
            <w:r>
              <w:rPr>
                <w:b/>
                <w:rtl/>
              </w:rPr>
              <w:t>التاريخ: __________________</w:t>
            </w:r>
          </w:p>
        </w:tc>
        <w:tc>
          <w:tcPr>
            <w:tcW w:w="5065" w:type="dxa"/>
            <w:tcBorders>
              <w:top w:val="single" w:sz="5" w:space="0" w:color="E9DCE6"/>
              <w:left w:val="single" w:sz="5" w:space="0" w:color="E9DCE6"/>
              <w:bottom w:val="single" w:sz="5" w:space="0" w:color="E9DCE6"/>
              <w:right w:val="single" w:sz="5" w:space="0" w:color="E9DCE6"/>
            </w:tcBorders>
            <w:shd w:val="clear" w:color="auto" w:fill="FBEAF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3A179EE" w14:textId="77777777" w:rsidR="00D25826" w:rsidRDefault="00000000" w:rsidP="00AD1B3E">
            <w:pPr>
              <w:bidi/>
              <w:jc w:val="right"/>
              <w:rPr>
                <w:rFonts w:hint="eastAsia"/>
              </w:rPr>
            </w:pPr>
            <w:r>
              <w:rPr>
                <w:b/>
                <w:rtl/>
              </w:rPr>
              <w:t>اليوم: __________________</w:t>
            </w:r>
          </w:p>
        </w:tc>
        <w:tc>
          <w:tcPr>
            <w:tcW w:w="5065" w:type="dxa"/>
            <w:tcBorders>
              <w:top w:val="single" w:sz="5" w:space="0" w:color="E9DCE6"/>
              <w:left w:val="single" w:sz="5" w:space="0" w:color="E9DCE6"/>
              <w:bottom w:val="single" w:sz="5" w:space="0" w:color="E9DCE6"/>
              <w:right w:val="single" w:sz="5" w:space="0" w:color="E9DCE6"/>
            </w:tcBorders>
            <w:shd w:val="clear" w:color="auto" w:fill="FBEAF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4CF837D" w14:textId="77777777" w:rsidR="00D25826" w:rsidRDefault="00000000" w:rsidP="00AD1B3E">
            <w:pPr>
              <w:bidi/>
              <w:jc w:val="right"/>
              <w:rPr>
                <w:rFonts w:hint="eastAsia"/>
              </w:rPr>
            </w:pPr>
            <w:r>
              <w:rPr>
                <w:b/>
                <w:rtl/>
              </w:rPr>
              <w:t>القسم: __________________</w:t>
            </w:r>
          </w:p>
        </w:tc>
      </w:tr>
    </w:tbl>
    <w:p w14:paraId="5023E49C" w14:textId="77777777" w:rsidR="00D25826" w:rsidRDefault="00D25826" w:rsidP="00AD1B3E">
      <w:pPr>
        <w:bidi/>
        <w:spacing w:after="140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99"/>
        <w:gridCol w:w="1899"/>
        <w:gridCol w:w="1899"/>
        <w:gridCol w:w="1899"/>
        <w:gridCol w:w="1899"/>
        <w:gridCol w:w="1899"/>
        <w:gridCol w:w="1899"/>
        <w:gridCol w:w="1899"/>
      </w:tblGrid>
      <w:tr w:rsidR="00D25826" w14:paraId="7972AEFB" w14:textId="77777777">
        <w:trPr>
          <w:trHeight w:val="471"/>
          <w:tblHeader/>
          <w:jc w:val="center"/>
        </w:trPr>
        <w:tc>
          <w:tcPr>
            <w:tcW w:w="1899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2151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0C061D6D" w14:textId="64732D5E" w:rsidR="00D25826" w:rsidRDefault="00D25826" w:rsidP="00AD1B3E">
            <w:pPr>
              <w:bidi/>
              <w:jc w:val="center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2151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61A38F86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  <w:rtl/>
              </w:rPr>
              <w:t>الاسم</w:t>
            </w:r>
          </w:p>
        </w:tc>
        <w:tc>
          <w:tcPr>
            <w:tcW w:w="1899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2151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5AC5F8F8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  <w:rtl/>
              </w:rPr>
              <w:t>الرقم الوظيفي</w:t>
            </w:r>
          </w:p>
        </w:tc>
        <w:tc>
          <w:tcPr>
            <w:tcW w:w="1899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2151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77ED3482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  <w:rtl/>
              </w:rPr>
              <w:t>وقت الحضور</w:t>
            </w:r>
          </w:p>
        </w:tc>
        <w:tc>
          <w:tcPr>
            <w:tcW w:w="1899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2151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62044713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  <w:rtl/>
              </w:rPr>
              <w:t>توقيع الحضور</w:t>
            </w:r>
          </w:p>
        </w:tc>
        <w:tc>
          <w:tcPr>
            <w:tcW w:w="1899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2151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59279AD0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  <w:rtl/>
              </w:rPr>
              <w:t>وقت الانصراف</w:t>
            </w:r>
          </w:p>
        </w:tc>
        <w:tc>
          <w:tcPr>
            <w:tcW w:w="1899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2151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5F6B0184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  <w:rtl/>
              </w:rPr>
              <w:t>توقيع الانصراف</w:t>
            </w:r>
          </w:p>
        </w:tc>
        <w:tc>
          <w:tcPr>
            <w:tcW w:w="1899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2151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27260AA2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  <w:rtl/>
              </w:rPr>
              <w:t>ملاحظات</w:t>
            </w:r>
          </w:p>
        </w:tc>
      </w:tr>
      <w:tr w:rsidR="00D25826" w14:paraId="4CA282E2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3FAFD3FC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1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57644DAD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3E04CB9A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5903A00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B1FC2A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0C7C4A48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173A6122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35AD18F0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55FCE61C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1183EDD3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2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D476357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6BAB01D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43030228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65768628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F058D44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63093049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28E3E67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0D45CD34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214A134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3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4C792A59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5F5A65B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29FDA920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034E0393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2EBD4C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0C4F915F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388AC45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3B60CD44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49DDFA37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4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63D4DDE7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851E385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8926823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23B20C9D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09AAD4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48F6C9F2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3EAE2F7E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6D20CE84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0BAF710A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5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4903D1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0C854905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04F033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223BD40A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C4242C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45096AA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154E04F4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45942ACD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1E9FA1E7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6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6D12EFCF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A86D0B0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100A668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40FCE602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4110A8E1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372B8486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1B87D8C8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29D7F33E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03AD283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7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4BAAD5D6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3DA624F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1BFA5C4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EB3A327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C86FD4F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1B0C080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54D5D1A1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4445D706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5C9B5EA0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8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4F89F671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AC0307A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3A10B9F2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2EBA5C0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3E69F7C0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2524DD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2A817A84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03011474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4656CD15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9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0B06788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124B4524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CA824F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099FA626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4CB5C81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4CABEDF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21097603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74444AB5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5B7A64EE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10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17EE08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B791C6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0443299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3561B63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19654590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5D2A5950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3CB12E26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7E4B6CFE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AF2F8F6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11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5645F545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54DF344D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11E65ED1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4DD04088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49487B9F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CBB50E9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391BE5C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4F57EEB9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2EA13AB8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12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A5674CA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61CB6251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52879DD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37BFD1FF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54E7EBA4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6047E1C5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40AD31AF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759315F9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B6E1B7A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13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4A210337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F854465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69DDAB7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50DC7A6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35512FD7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06A52433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086A6AE2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7683ACFF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26BEE24D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14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3FC6CB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5E403B9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176F961E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2EDEC26F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32D5E561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52CD97E6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34492E58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1909166C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3490BA55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15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2F4926E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2466EF9F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1C036FF8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4AEB4254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3E5C6410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9778197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8B37E81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783F044C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CADF4F2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16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89A94E0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2D4E0841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259F65E7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6F1522E9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18E9363D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45D283B9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38142793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0F1FFA5F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2494C5E8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17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A791724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1279B352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61E11259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1289DE11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4E18DDB5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2AFE570D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A5E4F95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101A4171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58D4D013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18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73F4044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509168F6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57493B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1454827E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91EE488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0131F733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4E4FF12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2BC1CA7B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5A4D3A48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19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5FC1B8C4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25DA2487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3CB8030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A599914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5A529D88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2E72619E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tcMar>
              <w:top w:w="0" w:type="dxa"/>
              <w:left w:w="35" w:type="dxa"/>
              <w:bottom w:w="0" w:type="dxa"/>
              <w:right w:w="35" w:type="dxa"/>
            </w:tcMar>
          </w:tcPr>
          <w:p w14:paraId="7517C3DC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  <w:tr w:rsidR="00D25826" w14:paraId="7381663B" w14:textId="77777777">
        <w:trPr>
          <w:trHeight w:hRule="exact" w:val="306"/>
          <w:jc w:val="center"/>
        </w:trPr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44819864" w14:textId="77777777" w:rsidR="00D25826" w:rsidRDefault="00000000" w:rsidP="00AD1B3E">
            <w:pPr>
              <w:bidi/>
              <w:jc w:val="center"/>
              <w:rPr>
                <w:rFonts w:hint="eastAsia"/>
              </w:rPr>
            </w:pPr>
            <w:r>
              <w:rPr>
                <w:color w:val="4B5563"/>
                <w:sz w:val="15"/>
                <w:rtl/>
              </w:rPr>
              <w:t>20</w:t>
            </w: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3AC007A6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3F2448B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303C6F26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1980D8F4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7F0FBB70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1996BDBD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  <w:tc>
          <w:tcPr>
            <w:tcW w:w="1899" w:type="dxa"/>
            <w:tcBorders>
              <w:top w:val="single" w:sz="4" w:space="0" w:color="D9DCE2"/>
              <w:left w:val="single" w:sz="4" w:space="0" w:color="D9DCE2"/>
              <w:bottom w:val="single" w:sz="4" w:space="0" w:color="D9DCE2"/>
              <w:right w:val="single" w:sz="4" w:space="0" w:color="D9DCE2"/>
            </w:tcBorders>
            <w:shd w:val="clear" w:color="auto" w:fill="F7F8FA"/>
            <w:tcMar>
              <w:top w:w="0" w:type="dxa"/>
              <w:left w:w="35" w:type="dxa"/>
              <w:bottom w:w="0" w:type="dxa"/>
              <w:right w:w="35" w:type="dxa"/>
            </w:tcMar>
          </w:tcPr>
          <w:p w14:paraId="46F9AD7D" w14:textId="77777777" w:rsidR="00D25826" w:rsidRDefault="00D25826" w:rsidP="00AD1B3E">
            <w:pPr>
              <w:bidi/>
              <w:jc w:val="right"/>
              <w:rPr>
                <w:rFonts w:hint="eastAsia"/>
              </w:rPr>
            </w:pPr>
          </w:p>
        </w:tc>
      </w:tr>
    </w:tbl>
    <w:p w14:paraId="463BCCC2" w14:textId="77777777" w:rsidR="00D25826" w:rsidRDefault="00D25826" w:rsidP="00AD1B3E">
      <w:pPr>
        <w:bidi/>
        <w:spacing w:after="40"/>
        <w:rPr>
          <w:rFonts w:hint="eastAsia"/>
        </w:rPr>
      </w:pPr>
    </w:p>
    <w:p w14:paraId="7F2B1AE5" w14:textId="77777777" w:rsidR="00D25826" w:rsidRDefault="00000000" w:rsidP="00AD1B3E">
      <w:pPr>
        <w:bidi/>
        <w:spacing w:after="80"/>
        <w:jc w:val="right"/>
        <w:rPr>
          <w:rFonts w:hint="eastAsia"/>
        </w:rPr>
      </w:pPr>
      <w:r>
        <w:rPr>
          <w:b/>
          <w:sz w:val="20"/>
          <w:rtl/>
        </w:rPr>
        <w:t xml:space="preserve">اعتماد المدير المباشر:  </w:t>
      </w:r>
      <w:r>
        <w:rPr>
          <w:rtl/>
        </w:rPr>
        <w:t>الاسم: ________________________    التوقيع: ________________________    التاريخ: ________________________</w:t>
      </w:r>
    </w:p>
    <w:sectPr w:rsidR="00D25826" w:rsidSect="00034616">
      <w:footerReference w:type="default" r:id="rId8"/>
      <w:pgSz w:w="16838" w:h="11906" w:orient="landscape"/>
      <w:pgMar w:top="567" w:right="822" w:bottom="567" w:left="822" w:header="312" w:footer="3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40C3C" w14:textId="77777777" w:rsidR="005233FF" w:rsidRDefault="005233FF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94C889F" w14:textId="77777777" w:rsidR="005233FF" w:rsidRDefault="005233FF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Arabi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17C1F" w14:textId="77777777" w:rsidR="00D25826" w:rsidRDefault="00000000">
    <w:pPr>
      <w:pStyle w:val="Footer"/>
      <w:bidi/>
      <w:jc w:val="center"/>
      <w:rPr>
        <w:rFonts w:hint="eastAsia"/>
      </w:rPr>
    </w:pPr>
    <w:r>
      <w:rPr>
        <w:color w:val="4B5563"/>
        <w:sz w:val="15"/>
        <w:rtl/>
      </w:rPr>
      <w:t xml:space="preserve">سجل حضور وانصراف قابل للطباعة </w:t>
    </w:r>
    <w:proofErr w:type="gramStart"/>
    <w:r>
      <w:rPr>
        <w:color w:val="4B5563"/>
        <w:sz w:val="15"/>
        <w:rtl/>
      </w:rPr>
      <w:t>والتعديل  •</w:t>
    </w:r>
    <w:proofErr w:type="gramEnd"/>
    <w:r>
      <w:rPr>
        <w:color w:val="4B5563"/>
        <w:sz w:val="15"/>
        <w:rtl/>
      </w:rPr>
      <w:t xml:space="preserve">  بُرس لاين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E7994" w14:textId="77777777" w:rsidR="005233FF" w:rsidRDefault="005233FF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6E7DF94A" w14:textId="77777777" w:rsidR="005233FF" w:rsidRDefault="005233FF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2247483">
    <w:abstractNumId w:val="8"/>
  </w:num>
  <w:num w:numId="2" w16cid:durableId="400753800">
    <w:abstractNumId w:val="6"/>
  </w:num>
  <w:num w:numId="3" w16cid:durableId="311327446">
    <w:abstractNumId w:val="5"/>
  </w:num>
  <w:num w:numId="4" w16cid:durableId="2102022657">
    <w:abstractNumId w:val="4"/>
  </w:num>
  <w:num w:numId="5" w16cid:durableId="1542937357">
    <w:abstractNumId w:val="7"/>
  </w:num>
  <w:num w:numId="6" w16cid:durableId="830293768">
    <w:abstractNumId w:val="3"/>
  </w:num>
  <w:num w:numId="7" w16cid:durableId="491989084">
    <w:abstractNumId w:val="2"/>
  </w:num>
  <w:num w:numId="8" w16cid:durableId="704133408">
    <w:abstractNumId w:val="1"/>
  </w:num>
  <w:num w:numId="9" w16cid:durableId="528613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33FF"/>
    <w:rsid w:val="006600FA"/>
    <w:rsid w:val="00AA1D8D"/>
    <w:rsid w:val="00AD1B3E"/>
    <w:rsid w:val="00B47730"/>
    <w:rsid w:val="00CB0664"/>
    <w:rsid w:val="00D258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09C4AC"/>
  <w14:defaultImageDpi w14:val="300"/>
  <w15:docId w15:val="{B4B78071-5555-43EF-8748-B8DEA0BD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Noto Sans Arabic" w:hAnsi="Noto Sans Arabic"/>
      <w:color w:val="12151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حضور وانصراف الموظفين - كشف يومي</dc:title>
  <dc:subject>نموذج حضور وانصراف يومي باللغة العربية</dc:subject>
  <dc:creator>python-docx</dc:creator>
  <cp:keywords/>
  <dc:description>generated by python-docx</dc:description>
  <cp:lastModifiedBy>wajdi mh</cp:lastModifiedBy>
  <cp:revision>2</cp:revision>
  <dcterms:created xsi:type="dcterms:W3CDTF">2013-12-23T23:15:00Z</dcterms:created>
  <dcterms:modified xsi:type="dcterms:W3CDTF">2026-10-26T09:51:00Z</dcterms:modified>
  <cp:category/>
</cp:coreProperties>
</file>